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4213D"/>
          <w:sz w:val="30"/>
        </w:rPr>
        <w:t>Micropedia</w:t>
      </w:r>
      <w:r>
        <w:rPr>
          <w:b/>
          <w:color w:val="1C64F2"/>
          <w:sz w:val="30"/>
        </w:rPr>
        <w:t>.</w:t>
      </w:r>
    </w:p>
    <w:p>
      <w:pPr>
        <w:spacing w:after="360"/>
      </w:pPr>
      <w:r>
        <w:rPr>
          <w:b w:val="0"/>
          <w:i w:val="0"/>
          <w:color w:val="5B6B85"/>
          <w:sz w:val="20"/>
        </w:rPr>
        <w:t>Modèle de facture — micro-entreprise</w:t>
      </w:r>
    </w:p>
    <w:p>
      <w:pPr>
        <w:spacing w:after="320"/>
      </w:pPr>
      <w:r>
        <w:rPr>
          <w:b/>
          <w:i w:val="0"/>
          <w:color w:val="14213D"/>
          <w:sz w:val="40"/>
        </w:rPr>
        <w:t>FACTURE N° [00X]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/>
            <w:r>
              <w:rPr>
                <w:b/>
                <w:color w:val="5B6B85"/>
                <w:sz w:val="18"/>
              </w:rPr>
              <w:t>ÉMETTEUR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[Nom / raison sociale]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[Adresse complète]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[Code postal, Ville]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SIRET : [numéro à 14 chiffres]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Email : [contact@exemple.fr]</w:t>
            </w:r>
          </w:p>
        </w:tc>
        <w:tc>
          <w:tcPr>
            <w:tcW w:type="dxa" w:w="5043"/>
          </w:tcPr>
          <w:p>
            <w:r/>
            <w:r>
              <w:rPr>
                <w:b/>
                <w:color w:val="5B6B85"/>
                <w:sz w:val="18"/>
              </w:rPr>
              <w:t>CLIENT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[Nom du client / entreprise]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[Adresse complète]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[Code postal, Ville]</w:t>
            </w:r>
          </w:p>
          <w:p>
            <w:pPr>
              <w:spacing w:after="40"/>
            </w:pPr>
            <w:r>
              <w:rPr>
                <w:color w:val="14213D"/>
                <w:sz w:val="21"/>
              </w:rPr>
              <w:t>[SIRET si professionnel]</w:t>
            </w:r>
          </w:p>
        </w:tc>
      </w:tr>
    </w:tbl>
    <w:p>
      <w:pPr>
        <w:spacing w:after="120"/>
      </w:pPr>
    </w:p>
    <w:p>
      <w:pPr>
        <w:spacing w:after="320"/>
      </w:pPr>
      <w:r>
        <w:rPr>
          <w:b/>
          <w:sz w:val="20"/>
        </w:rPr>
        <w:t xml:space="preserve">Date d'émission : </w:t>
      </w:r>
      <w:r>
        <w:rPr>
          <w:color w:val="5B6B85"/>
          <w:sz w:val="20"/>
        </w:rPr>
        <w:t xml:space="preserve">[JJ/MM/AAAA]        </w:t>
      </w:r>
      <w:r>
        <w:rPr>
          <w:b/>
          <w:sz w:val="20"/>
        </w:rPr>
        <w:t xml:space="preserve">Date d'échéance : </w:t>
      </w:r>
      <w:r>
        <w:rPr>
          <w:color w:val="5B6B85"/>
          <w:sz w:val="20"/>
        </w:rPr>
        <w:t>[JJ/MM/AAAA]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4535"/>
            <w:vAlign w:val="center"/>
            <w:shd w:val="clear" w:fill="F5F8FC"/>
          </w:tcPr>
          <w:p>
            <w:pPr>
              <w:jc w:val="left"/>
            </w:pPr>
            <w:r/>
            <w:r>
              <w:rPr>
                <w:b/>
                <w:color w:val="14213D"/>
                <w:sz w:val="19"/>
              </w:rPr>
              <w:t>Désignation</w:t>
            </w:r>
          </w:p>
        </w:tc>
        <w:tc>
          <w:tcPr>
            <w:tcW w:type="dxa" w:w="1134"/>
            <w:vAlign w:val="center"/>
            <w:shd w:val="clear" w:fill="F5F8FC"/>
          </w:tcPr>
          <w:p>
            <w:pPr>
              <w:jc w:val="center"/>
            </w:pPr>
            <w:r/>
            <w:r>
              <w:rPr>
                <w:b/>
                <w:color w:val="14213D"/>
                <w:sz w:val="19"/>
              </w:rPr>
              <w:t>Qté</w:t>
            </w:r>
          </w:p>
        </w:tc>
        <w:tc>
          <w:tcPr>
            <w:tcW w:type="dxa" w:w="1814"/>
            <w:vAlign w:val="center"/>
            <w:shd w:val="clear" w:fill="F5F8FC"/>
          </w:tcPr>
          <w:p>
            <w:pPr>
              <w:jc w:val="right"/>
            </w:pPr>
            <w:r/>
            <w:r>
              <w:rPr>
                <w:b/>
                <w:color w:val="14213D"/>
                <w:sz w:val="19"/>
              </w:rPr>
              <w:t>Prix unitaire HT</w:t>
            </w:r>
          </w:p>
        </w:tc>
        <w:tc>
          <w:tcPr>
            <w:tcW w:type="dxa" w:w="1814"/>
            <w:vAlign w:val="center"/>
            <w:shd w:val="clear" w:fill="F5F8FC"/>
          </w:tcPr>
          <w:p>
            <w:pPr>
              <w:jc w:val="right"/>
            </w:pPr>
            <w:r/>
            <w:r>
              <w:rPr>
                <w:b/>
                <w:color w:val="14213D"/>
                <w:sz w:val="19"/>
              </w:rPr>
              <w:t>Total HT</w:t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  <w:t>[Description de la prestation ou du produit]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/>
            <w:r>
              <w:rPr>
                <w:b w:val="0"/>
                <w:color w:val="14213D"/>
                <w:sz w:val="19"/>
              </w:rPr>
              <w:t>[1]</w:t>
            </w:r>
          </w:p>
        </w:tc>
        <w:tc>
          <w:tcPr>
            <w:tcW w:type="dxa" w:w="1814"/>
            <w:vAlign w:val="center"/>
          </w:tcPr>
          <w:p>
            <w:pPr>
              <w:jc w:val="right"/>
            </w:pPr>
            <w:r/>
            <w:r>
              <w:rPr>
                <w:b w:val="0"/>
                <w:color w:val="14213D"/>
                <w:sz w:val="19"/>
              </w:rPr>
              <w:t>[000,00 €]</w:t>
            </w:r>
          </w:p>
        </w:tc>
        <w:tc>
          <w:tcPr>
            <w:tcW w:type="dxa" w:w="1814"/>
            <w:vAlign w:val="center"/>
          </w:tcPr>
          <w:p>
            <w:pPr>
              <w:jc w:val="right"/>
            </w:pPr>
            <w:r/>
            <w:r>
              <w:rPr>
                <w:b w:val="0"/>
                <w:color w:val="14213D"/>
                <w:sz w:val="19"/>
              </w:rPr>
              <w:t>[000,00 €]</w:t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  <w:t>[Description de la prestation ou du produit]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/>
            <w:r>
              <w:rPr>
                <w:b w:val="0"/>
                <w:color w:val="14213D"/>
                <w:sz w:val="19"/>
              </w:rPr>
              <w:t>[1]</w:t>
            </w:r>
          </w:p>
        </w:tc>
        <w:tc>
          <w:tcPr>
            <w:tcW w:type="dxa" w:w="1814"/>
            <w:vAlign w:val="center"/>
          </w:tcPr>
          <w:p>
            <w:pPr>
              <w:jc w:val="right"/>
            </w:pPr>
            <w:r/>
            <w:r>
              <w:rPr>
                <w:b w:val="0"/>
                <w:color w:val="14213D"/>
                <w:sz w:val="19"/>
              </w:rPr>
              <w:t>[000,00 €]</w:t>
            </w:r>
          </w:p>
        </w:tc>
        <w:tc>
          <w:tcPr>
            <w:tcW w:type="dxa" w:w="1814"/>
            <w:vAlign w:val="center"/>
          </w:tcPr>
          <w:p>
            <w:pPr>
              <w:jc w:val="right"/>
            </w:pPr>
            <w:r/>
            <w:r>
              <w:rPr>
                <w:b w:val="0"/>
                <w:color w:val="14213D"/>
                <w:sz w:val="19"/>
              </w:rPr>
              <w:t>[000,00 €]</w:t>
            </w:r>
          </w:p>
        </w:tc>
      </w:tr>
      <w:tr>
        <w:tc>
          <w:tcPr>
            <w:tcW w:type="dxa" w:w="4535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1134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</w:tr>
    </w:tbl>
    <w:p>
      <w:pPr>
        <w:spacing w:after="8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5043"/>
            <w:vAlign w:val="center"/>
          </w:tcPr>
          <w:p>
            <w:pPr>
              <w:jc w:val="right"/>
            </w:pPr>
            <w:r/>
            <w:r>
              <w:rPr>
                <w:b/>
                <w:color w:val="14213D"/>
                <w:sz w:val="22"/>
              </w:rPr>
              <w:t>Total HT : [000,00 €]</w:t>
            </w:r>
          </w:p>
        </w:tc>
      </w:tr>
      <w:tr>
        <w:tc>
          <w:tcPr>
            <w:tcW w:type="dxa" w:w="5043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5043"/>
            <w:vAlign w:val="center"/>
          </w:tcPr>
          <w:p>
            <w:pPr>
              <w:jc w:val="right"/>
            </w:pPr>
            <w:r/>
            <w:r>
              <w:rPr>
                <w:b w:val="0"/>
                <w:color w:val="5B6B85"/>
                <w:sz w:val="18"/>
              </w:rPr>
              <w:t>TVA non applicable, article 293 B du CGI</w:t>
            </w:r>
          </w:p>
        </w:tc>
      </w:tr>
      <w:tr>
        <w:tc>
          <w:tcPr>
            <w:tcW w:type="dxa" w:w="5043"/>
            <w:vAlign w:val="center"/>
          </w:tcPr>
          <w:p>
            <w:pPr>
              <w:jc w:val="left"/>
            </w:pPr>
            <w:r/>
            <w:r>
              <w:rPr>
                <w:b w:val="0"/>
                <w:color w:val="14213D"/>
                <w:sz w:val="19"/>
              </w:rPr>
            </w:r>
          </w:p>
        </w:tc>
        <w:tc>
          <w:tcPr>
            <w:tcW w:type="dxa" w:w="5043"/>
            <w:vAlign w:val="center"/>
          </w:tcPr>
          <w:p>
            <w:pPr>
              <w:jc w:val="right"/>
            </w:pPr>
            <w:r/>
            <w:r>
              <w:rPr>
                <w:b/>
                <w:color w:val="14213D"/>
                <w:sz w:val="26"/>
              </w:rPr>
              <w:t>Total TTC : [000,00 €]</w:t>
            </w:r>
          </w:p>
        </w:tc>
      </w:tr>
    </w:tbl>
    <w:p>
      <w:pPr>
        <w:spacing w:after="200"/>
      </w:pPr>
    </w:p>
    <w:p>
      <w:pPr>
        <w:spacing w:after="120"/>
      </w:pPr>
      <w:r>
        <w:rPr>
          <w:b/>
          <w:i w:val="0"/>
          <w:color w:val="14213D"/>
          <w:sz w:val="22"/>
        </w:rPr>
        <w:t>Conditions de règlement</w:t>
      </w:r>
    </w:p>
    <w:p>
      <w:pPr>
        <w:spacing w:after="120"/>
      </w:pPr>
      <w:r>
        <w:rPr>
          <w:b w:val="0"/>
          <w:i w:val="0"/>
          <w:color w:val="5B6B85"/>
          <w:sz w:val="19"/>
        </w:rPr>
        <w:t>Paiement à réception de facture, par virement bancaire (IBAN : [FR76 xxxx xxxx xxxx xxxx xxxx xxx]) ou par tout autre moyen convenu avec le client.</w:t>
      </w:r>
    </w:p>
    <w:p>
      <w:pPr>
        <w:spacing w:after="200"/>
      </w:pPr>
      <w:r>
        <w:rPr>
          <w:b w:val="0"/>
          <w:i w:val="0"/>
          <w:color w:val="5B6B85"/>
          <w:sz w:val="19"/>
        </w:rPr>
        <w:t>En cas de retard de paiement, une pénalité de retard au taux de [X] % par mois sera appliquée, ainsi qu'une indemnité forfaitaire pour frais de recouvrement de 40 € (article L441-10 du Code de commerce).</w:t>
      </w:r>
    </w:p>
    <w:p>
      <w:pPr>
        <w:spacing w:after="120"/>
      </w:pPr>
      <w:r>
        <w:rPr>
          <w:b w:val="0"/>
          <w:i/>
          <w:color w:val="5B6B85"/>
          <w:sz w:val="18"/>
        </w:rPr>
        <w:t>Aucun escompte pour paiement anticipé.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421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